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כמוסכמה חברתית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כסף הוא הסכמה חברתית ולא ערך טבעי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המעבר ההיסטורי מסחר חליפין לכסף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סיכונים בתשלום מראש (כרטיסיות, תוכניות נאמנות)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החליפו מוצר במוצר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כולם מסכימים שהוא שווה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תשלום בטלפון הנייד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קשה למצוא מישהו שרוצה בדיוק את מה שיש 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כסף מקבל ערך מההסכמה החברתית, לא מתכונה טבעית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ייצוג דיגיטלי של כסף, מבוסס על אותה 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בעבר היה סחר חליפין, לפני שהתפתח הכסף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בדיוק הרעיון של הסכמה חברתית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אם בית הקפה נסגר, הלקוח עלול להפסיד את הכסף ששילם מראש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חליפין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(החלפת מוצר במוצר ללא 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(שטרות ומטבעות פיזיים)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(אמצעי תשלום דיגיטלי מודרני)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(תשלום מראש על כמה שירותים)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(כולם מסכימים יחד על ערך משהו)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דילמה - כרטיסיית קפה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אמור/ה לזהות: בית הקפה מרוויח כי מקבל כסף מראש (תזרים מזומנים) ומבטיח לקוח קבוע; הלקוח מרוויח הנחה אך מסתכן באובדן הכסף אם העסק ייסגר לפני שניצל את כל הקפות. תשובה טובה תכלול נימוק אישי מבוסס על שיקול סיכון מול תועלת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חשיבה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צריך שכולם בחברה יסכימו וייתנו אמון בערך של אותו דבר, אחרת הוא לא יתפקד ככסף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כרטיס אשראי, המחאה (צ'ק), או העברה בנקאית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מבין/ה שערך הכסף תלוי בהסכמה קולקטיבית ולא בתכונה טבעית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שחליפין דורש התאמה בין צרכים, בעוד כסף הוא אמצעי אוניברסלי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שהעסק עלול להיסגר והלקוח יפסיד את הכסף ששילם מראש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קצר: 'למה שטר של 100 שקל שווה יותר מנייר רגיל?' כדי להמחיש את רעיון ההסכמה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הדילמה בסוף לדוגמאות מהחיים האמיתיים של התלמידים, כמו כרטיסיות מנוי או תוכניות נאמנות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כמוסכמה חברתית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 אנשים החליפו מוצר במוצר (סחר חליפין), אבל זה היה מסורבל. היום כולנו מסכימים שפתק נייר או מספר במסך שווה משהו - וזו בדיוק ההסכמה החברתית שנקראת כסף.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עשו אנשים לפני שהיה 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שמרו הכל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החליפו מוצר במוצר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קנו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שילמו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כסף נחשב ל'הסכמה חברתית'?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יש לו ערך טבעי כמו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כולם מסכימים שהוא שווה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הממשלה מכריחה להשתמש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 אפשר לזייף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מהבאים הוא אמצעי תשלום מודרני?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החלפת תפוחים בלחם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תשלום בטלפון הנייד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מתן עבודה תמורת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איסוף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הבעיה העיקרית בסחר חליפין?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מהיר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 למצוא מישהו שרוצה בדיוק את מה שיש 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דורש כסף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אסור בחוק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הוא חומר בעל ערך טבעי כמו זהב, ולכן אנשים משתמשים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תשלום בטלפון הוא גם צורה של 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 השתמשו בכסף בדיוק כמו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שכסף יעבוד, כולם צריכים להסכים על הערך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כרטיסייה מראש לבית קפה היא ללא סיכון 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שהיה כסף, אנשים נהגו לבצע __________ - החלפת מוצר במוצר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כסף הוא סוג של __________ חברתית, כלומר כולם מסכימים על ערכו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היום אפשר לשלם גם באמצעות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כשקונים כרטיסייה מראש, יש __________ שהעסק עלול להיסגר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בעל בית הקפה ש מוכר כרטיסייה בהנחה מקבל __________ מראש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סחר חליפין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תשלום מראש על כמה שירותים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מזומן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כולם מסכימים יחד על ערך 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תשלום בטלפון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שטרות ומטבעות פיזיים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כרטיסייה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החלפת מוצר במוצר ללא 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הסכמה חברתית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אמצעי תשלום דיגיטלי מודרני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דילמה - כרטיסיית קפה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בית קפה מציע לקנות כרטיסיית עשר קפות מראש בהנחה. הסבירו מי מרוויח מהעסקה הזו ומהו הסיכון שלכם כלקוחות אם בית הקפה ייסגר. האם הייתם קונים כרטיסייה כזו?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חשיבה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אי אפשר פשוט להחליט שעלים הם כסף?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נוספת לאמצעי תשלום מלבד מזומן וטלפון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הסכמה חברתית, וכיצד היא קשורה לכסף?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סחר חליפין לשימוש בכסף?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הסיכון בקניית כרטיסייה מראש בעסק?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כמוסכמה חברתית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