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כסף הוא הסכמה חברתית ולא ערך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המעבר ההיסטורי מסחר חליפין לכסף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סיכונים בתשלום מראש (כרטיסיות, תוכניות נאמנות)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החליפו מוצר במוצר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כולם מסכימים שהוא שווה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תשלום בטלפון הנייד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קשה למצוא מישהו שרוצה בדיוק את מה שיש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מקבל ערך מההסכמה החברתית, לא מתכונה טבעית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ייצוג דיגיטלי של כסף, מבוסס על אותה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 היה סחר חליפין, לפני שהתפתח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הרעיון של הסכמה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אם בית הקפה נסגר, הלקוח עלול להפסיד את הכסף ששילם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(החלפת מוצר במוצר ללא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(שטרות ומטבעות פיזיים)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(אמצעי תשלום דיגיטלי מודרני)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(תשלום מראש על כמה 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(כולם מסכימים יחד על ערך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כרטיסיית 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אמור/ה לזהות: בית הקפה מרוויח כי מקבל כסף מראש (תזרים מזומנים) ומבטיח לקוח קבוע; הלקוח מרוויח הנחה אך מסתכן באובדן הכסף אם העסק ייסגר לפני שניצל את כל הקפות. תשובה טובה תכלול נימוק אישי מבוסס על שיקול סיכון מול תועלת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צריך שכולם בחברה יסכימו וייתנו אמון בערך של אותו דבר, אחרת הוא לא יתפקד ככסף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כרטיס אשראי, המחאה (צ'ק), או העברה בנקאית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שערך הכסף תלוי בהסכמה קולקטיבית ולא בתכונה טבעית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שחליפין דורש התאמה בין צרכים, בעוד כסף הוא אמצעי אוניברסלי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שהעסק עלול להיסגר והלקוח יפסיד את הכסף ששילם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'למה שטר של 100 שקל שווה יותר מנייר רגיל?' כדי להמחיש את רעיון ההסכמה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הדילמה בסוף לדוגמאות מהחיים האמיתיים של התלמידים, כמו כרטיסיות מנוי או תוכניות נאמנות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אנשים נתנו דבר תמורת דבר, בלי כסף. היום יש כסף, וכולם מסכימים שהוא שווה משהו. גם תשלום בטלפון זה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חליפין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מוצר במוצר, בלי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תשלום שכולם מסכימים על ערכו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מסכימים יחד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תשלום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לשלם - כסף מזומן, כרטיס, 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מראש על כמה שירותים או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שהצד השני יקיים את ההבטחה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שמשהו רע יקרה ונפסיד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שטרות ומטבעות פיזיים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עשו לפני שהיה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שמרו הכל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החליפו מוצר במוצר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קנו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שילמו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כסף שווה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לו ערך טבעי כמו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מסכימים שהוא שווה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הממשלה מכריחה להשתמש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 אפשר לזייף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משלמים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החלפת תפוחים בלחם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עבודה תמורת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איסוף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הקושי בלהחליף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מהיר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למצוא מישהו שרוצה בדיוק את מה שיש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דורש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אסור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הוא חומר בעל ערך טבעי כמו זהב, ולכן אנשים משתמשים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גם צורה של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השתמשו בכסף בדיוק כמו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שכסף יעבוד, כולם צריכים להסכים על הערך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כרטיסייה מראש לבית קפה היא ללא סיכון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שהיה כסף, אנשים נהגו לבצע __________ - החלפת מוצר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הוא סוג של __________ חברתית, כלומר כולם מסכימים על ערכו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אפשר לשלם גם באמצעות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כשקונים כרטיסייה מראש, יש __________ שהעסק עלול להיסגר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בעל בית הקפה ש מוכר כרטיסייה בהנחה מקבל __________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סחר חליפין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שטרות ומטבעות פיזיים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החלפת מוצר במוצר ללא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תשלום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תשלום מראש על כמה 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כולם מסכימים יחד על ערך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הסכמה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אמצעי תשלום דיגיטלי מודרני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- כרטיסיית 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בית קפה מציע לקנות כרטיסיית עשר קפות מראש בהנחה. הסבירו מי מרוויח מהעסקה הזו ומהו הסיכון שלכם כלקוחות אם בית הקפה ייסגר. האם הייתם קונים כרטיסייה כזו?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חשיבה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אי אפשר פשוט להחליט שעלים הם כסף?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נוספת לאמצעי תשלום מלבד מזומן וטלפון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הסכמה חברתית, וכיצד היא קשורה לכסף?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סחר חליפין לשימוש בכסף?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הסיכון בקניית כרטיסייה מראש בעסק?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כמוסכמה חברתית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