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כמוסכמה חברתית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כסף הוא הסכמה חברתית ולא ערך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המעבר ההיסטורי מסחר חליפין לכסף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סיכונים בתשלום מראש (כרטיסיות, תוכניות נאמנות)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החליפו מוצר במוצר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תשלום בטלפון הנייד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כסף מקבל ערך מההסכמה החברתית, לא מתכונה טבעית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ייצוג דיגיטלי של כסף, מבוסס על אותה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בעבר היה סחר חליפין, לפני שהתפתח הכסף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(החלפת מוצר במוצר ללא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(שטרות ומטבעות פיזיים)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(אמצעי תשלום דיגיטלי מודרני)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(תשלום מראש על כמה שירותים)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- כרטיסיית קפה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חשיבה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כרטיס אשראי, המחאה (צ'ק), או העברה בנקאית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שערך הכסף תלוי בהסכמה קולקטיבית ולא בתכונה טבעית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שחליפין דורש התאמה בין צרכים, בעוד כסף הוא אמצעי אוניברסלי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שהעסק עלול להיסגר והלקוח יפסיד את הכסף ששילם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'למה שטר של 100 שקל שווה יותר מנייר רגיל?' כדי להמחיש את רעיון ההסכמה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הדילמה בסוף לדוגמאות מהחיים האמיתיים של התלמידים, כמו כרטיסיות מנוי או תוכניות נאמנות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כמוסכמה חברתית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 אנשים החליפו מוצר במוצר (סחר חליפין), אבל זה היה מסורבל. היום כולנו מסכימים שפתק נייר או מספר במסך שווה משהו - וזו בדיוק ההסכמה החברתית שנקראת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הסכמה  ·  טלפון  ·  חליפין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עשו אנשים לפני שהיה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שמרו הכל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החליפו מוצר במוצר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קנו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מהבאים הוא אמצעי תשלום מודרני?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החלפת תפוחים בלחם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תשלום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מתן עבודה תמורת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כסף הוא חומר בעל ערך טבעי כמו זהב, ולכן אנשים משתמשים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תשלום בטלפון הוא גם צורה של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 השתמשו בכסף בדיוק כמו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שהיה כסף, אנשים נהגו לבצע __________ - החלפת מוצר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כסף הוא סוג של __________ חברתית, כלומר כולם מסכימים על ערכו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היום אפשר לשלם גם באמצעות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סחר חליפין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תשלום מראש על כמה שירותים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החלפת מוצר במוצר ללא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תשלום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שטרות ומטבעות פיזיים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כרטיסייה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אמצעי תשלום דיגיטלי מודרני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דילמה - כרטיסיית 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חשיבה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נוספת לאמצעי תשלום מלבד מזומן וטלפון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הסכמה חברתית, וכיצד היא קשורה לכסף?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סחר חליפין לשימוש בכסף?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כמוסכמה חברתית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